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6C37F" w14:textId="77777777" w:rsidR="006A6237" w:rsidRPr="00583BB8" w:rsidRDefault="00487324">
      <w:pPr>
        <w:jc w:val="right"/>
        <w:rPr>
          <w:lang w:val="it-IT"/>
        </w:rPr>
      </w:pPr>
      <w:r w:rsidRPr="00583BB8">
        <w:rPr>
          <w:b/>
          <w:lang w:val="it-IT"/>
        </w:rPr>
        <w:t>ALLEGATO B – SCHEMA DI PROPOSTA PROGETTUALE</w:t>
      </w:r>
    </w:p>
    <w:p w14:paraId="07369B15" w14:textId="77777777" w:rsidR="006A6237" w:rsidRPr="00583BB8" w:rsidRDefault="00487324">
      <w:pPr>
        <w:spacing w:before="120"/>
        <w:jc w:val="center"/>
        <w:rPr>
          <w:lang w:val="it-IT"/>
        </w:rPr>
      </w:pPr>
      <w:r w:rsidRPr="00583BB8">
        <w:rPr>
          <w:b/>
          <w:sz w:val="24"/>
          <w:lang w:val="it-IT"/>
        </w:rPr>
        <w:t>CO-PROGETTAZIONE DEL SERVIZIO DI TAXI SOCIALE – COMUNE DI SASSOFELTRIO</w:t>
      </w:r>
    </w:p>
    <w:p w14:paraId="54E83418" w14:textId="77777777" w:rsidR="006A6237" w:rsidRPr="00583BB8" w:rsidRDefault="00487324">
      <w:pPr>
        <w:rPr>
          <w:lang w:val="it-IT"/>
        </w:rPr>
      </w:pPr>
      <w:r w:rsidRPr="00583BB8">
        <w:rPr>
          <w:lang w:val="it-IT"/>
        </w:rPr>
        <w:t>Ente proponente (o capofila): ____________________________________________________</w:t>
      </w:r>
    </w:p>
    <w:p w14:paraId="6B2350C9" w14:textId="77777777" w:rsidR="006A6237" w:rsidRPr="00583BB8" w:rsidRDefault="00487324">
      <w:pPr>
        <w:rPr>
          <w:lang w:val="it-IT"/>
        </w:rPr>
      </w:pPr>
      <w:r w:rsidRPr="00583BB8">
        <w:rPr>
          <w:lang w:val="it-IT"/>
        </w:rPr>
        <w:t>Referente/coordinatore del progetto: ______________________  tel. ______________  e-mail ______________________</w:t>
      </w:r>
    </w:p>
    <w:p w14:paraId="44DF2794" w14:textId="5BD187F2" w:rsidR="006A6237" w:rsidRPr="00583BB8" w:rsidRDefault="00487324">
      <w:pPr>
        <w:jc w:val="both"/>
        <w:rPr>
          <w:lang w:val="it-IT"/>
        </w:rPr>
      </w:pPr>
      <w:r w:rsidRPr="00583BB8">
        <w:rPr>
          <w:i/>
          <w:lang w:val="it-IT"/>
        </w:rPr>
        <w:t>La proposta deve essere sviluppata seguendo le sezioni sotto indicate, corrispondenti ai criteri di valutazione dell’Avviso.</w:t>
      </w:r>
    </w:p>
    <w:p w14:paraId="3FFE3CA5" w14:textId="77777777" w:rsidR="006A6237" w:rsidRPr="00583BB8" w:rsidRDefault="00487324">
      <w:pPr>
        <w:spacing w:before="160"/>
        <w:jc w:val="both"/>
        <w:rPr>
          <w:lang w:val="it-IT"/>
        </w:rPr>
      </w:pPr>
      <w:r w:rsidRPr="00583BB8">
        <w:rPr>
          <w:b/>
          <w:lang w:val="it-IT"/>
        </w:rPr>
        <w:t>1. Proposta progettuale del servizio di taxi sociale: modalità organizzative, sistema di prenotazione, fasce orarie e giorni di disponibilità, tempi di risposta alle richieste, integrazione con i Servizi Sociali (max 35 punti)</w:t>
      </w:r>
    </w:p>
    <w:p w14:paraId="176964A7" w14:textId="77777777" w:rsidR="006A6237" w:rsidRPr="00583BB8" w:rsidRDefault="00487324">
      <w:pPr>
        <w:jc w:val="both"/>
        <w:rPr>
          <w:lang w:val="it-IT"/>
        </w:rPr>
      </w:pPr>
      <w:r w:rsidRPr="00583BB8">
        <w:rPr>
          <w:i/>
          <w:sz w:val="20"/>
          <w:lang w:val="it-IT"/>
        </w:rPr>
        <w:t>Descrivere come si intende organizzare il servizio: giorni e fasce orarie di disponibilità, modalità e tempi di prenotazione (telefono, referente, preavviso minimo), tempi di risposta, criteri di priorità tra richieste concomitanti, raccordo con i Servizi Sociali, eventuali corse programmate ricorrenti.</w:t>
      </w:r>
    </w:p>
    <w:p w14:paraId="414724EC" w14:textId="3A8F2677" w:rsidR="006A6237" w:rsidRPr="00583BB8" w:rsidRDefault="00487324">
      <w:pPr>
        <w:spacing w:after="40"/>
        <w:rPr>
          <w:lang w:val="it-IT"/>
        </w:rPr>
      </w:pPr>
      <w:r w:rsidRPr="00583BB8">
        <w:rPr>
          <w:lang w:val="it-IT"/>
        </w:rPr>
        <w:t>_______________________________________________________________________________________</w:t>
      </w:r>
    </w:p>
    <w:p w14:paraId="61604BCC" w14:textId="750FCC4B" w:rsidR="006A6237" w:rsidRPr="00583BB8" w:rsidRDefault="00487324">
      <w:pPr>
        <w:spacing w:after="40"/>
        <w:rPr>
          <w:lang w:val="it-IT"/>
        </w:rPr>
      </w:pPr>
      <w:r w:rsidRPr="00583BB8">
        <w:rPr>
          <w:lang w:val="it-IT"/>
        </w:rPr>
        <w:t>_______________________________________________________________________________________</w:t>
      </w:r>
    </w:p>
    <w:p w14:paraId="4648B7B0" w14:textId="6CDC3B43" w:rsidR="006A6237" w:rsidRPr="00583BB8" w:rsidRDefault="00487324">
      <w:pPr>
        <w:spacing w:after="40"/>
        <w:rPr>
          <w:lang w:val="it-IT"/>
        </w:rPr>
      </w:pPr>
      <w:r w:rsidRPr="00583BB8">
        <w:rPr>
          <w:lang w:val="it-IT"/>
        </w:rPr>
        <w:t>_______________________________________________________________________________________</w:t>
      </w:r>
    </w:p>
    <w:p w14:paraId="6EBBA7F6" w14:textId="2D87BEDC" w:rsidR="006A6237" w:rsidRPr="00583BB8" w:rsidRDefault="00487324">
      <w:pPr>
        <w:spacing w:after="40"/>
        <w:rPr>
          <w:lang w:val="it-IT"/>
        </w:rPr>
      </w:pPr>
      <w:r w:rsidRPr="00583BB8">
        <w:rPr>
          <w:lang w:val="it-IT"/>
        </w:rPr>
        <w:t>_______________________________________________________________________________________</w:t>
      </w:r>
    </w:p>
    <w:p w14:paraId="4A25CC31" w14:textId="0F6F99F3" w:rsidR="006A6237" w:rsidRPr="00583BB8" w:rsidRDefault="00487324">
      <w:pPr>
        <w:spacing w:before="160"/>
        <w:jc w:val="both"/>
        <w:rPr>
          <w:lang w:val="it-IT"/>
        </w:rPr>
      </w:pPr>
      <w:r w:rsidRPr="00583BB8">
        <w:rPr>
          <w:b/>
          <w:lang w:val="it-IT"/>
        </w:rPr>
        <w:t xml:space="preserve">2. </w:t>
      </w:r>
      <w:r w:rsidRPr="00583BB8">
        <w:rPr>
          <w:b/>
          <w:lang w:val="it-IT"/>
        </w:rPr>
        <w:t xml:space="preserve">Mezzi messi a disposizione per il servizio (numero, tipologia, idoneità al trasporto di persone con disabilità o mobilità ridotta, stato di manutenzione) (max </w:t>
      </w:r>
      <w:r w:rsidR="00447469">
        <w:rPr>
          <w:b/>
          <w:lang w:val="it-IT"/>
        </w:rPr>
        <w:t>2</w:t>
      </w:r>
      <w:r w:rsidRPr="00583BB8">
        <w:rPr>
          <w:b/>
          <w:lang w:val="it-IT"/>
        </w:rPr>
        <w:t>5 punti)</w:t>
      </w:r>
    </w:p>
    <w:p w14:paraId="27174D0B" w14:textId="77777777" w:rsidR="006A6237" w:rsidRPr="00583BB8" w:rsidRDefault="00487324">
      <w:pPr>
        <w:jc w:val="both"/>
        <w:rPr>
          <w:lang w:val="it-IT"/>
        </w:rPr>
      </w:pPr>
      <w:r w:rsidRPr="00583BB8">
        <w:rPr>
          <w:i/>
          <w:sz w:val="20"/>
          <w:lang w:val="it-IT"/>
        </w:rPr>
        <w:t>Indicare per ciascun mezzo: tipologia, posti, anno di immatricolazione, eventuale allestimento per disabili (pedana/sollevatore, ancoraggio carrozzina), sede di ricovero, programma di manutenzione.</w:t>
      </w:r>
    </w:p>
    <w:p w14:paraId="43F35F49" w14:textId="74B94D2A" w:rsidR="006A6237" w:rsidRPr="00583BB8" w:rsidRDefault="00487324">
      <w:pPr>
        <w:spacing w:after="40"/>
        <w:rPr>
          <w:lang w:val="it-IT"/>
        </w:rPr>
      </w:pPr>
      <w:r w:rsidRPr="00583BB8">
        <w:rPr>
          <w:lang w:val="it-IT"/>
        </w:rPr>
        <w:t>_______________________________________________________________________________________</w:t>
      </w:r>
    </w:p>
    <w:p w14:paraId="6A9B4783" w14:textId="718A65F0" w:rsidR="006A6237" w:rsidRPr="00583BB8" w:rsidRDefault="00487324">
      <w:pPr>
        <w:spacing w:after="40"/>
        <w:rPr>
          <w:lang w:val="it-IT"/>
        </w:rPr>
      </w:pPr>
      <w:r w:rsidRPr="00583BB8">
        <w:rPr>
          <w:lang w:val="it-IT"/>
        </w:rPr>
        <w:t>_______________________________________________________________________________________</w:t>
      </w:r>
    </w:p>
    <w:p w14:paraId="62135E2E" w14:textId="372B2BB9" w:rsidR="006A6237" w:rsidRPr="00583BB8" w:rsidRDefault="00487324">
      <w:pPr>
        <w:spacing w:after="40"/>
        <w:rPr>
          <w:lang w:val="it-IT"/>
        </w:rPr>
      </w:pPr>
      <w:r w:rsidRPr="00583BB8">
        <w:rPr>
          <w:lang w:val="it-IT"/>
        </w:rPr>
        <w:t>_______________________________________________________________________________________</w:t>
      </w:r>
    </w:p>
    <w:p w14:paraId="1C10F2A4" w14:textId="504FA183" w:rsidR="006A6237" w:rsidRPr="00583BB8" w:rsidRDefault="00487324">
      <w:pPr>
        <w:spacing w:after="40"/>
        <w:rPr>
          <w:lang w:val="it-IT"/>
        </w:rPr>
      </w:pPr>
      <w:r w:rsidRPr="00583BB8">
        <w:rPr>
          <w:lang w:val="it-IT"/>
        </w:rPr>
        <w:t>_______________________________________________________________________________________</w:t>
      </w:r>
    </w:p>
    <w:p w14:paraId="51392E95" w14:textId="18AEE14F" w:rsidR="006A6237" w:rsidRPr="00583BB8" w:rsidRDefault="00447469">
      <w:pPr>
        <w:spacing w:before="160"/>
        <w:jc w:val="both"/>
        <w:rPr>
          <w:lang w:val="it-IT"/>
        </w:rPr>
      </w:pPr>
      <w:r>
        <w:rPr>
          <w:b/>
          <w:lang w:val="it-IT"/>
        </w:rPr>
        <w:t>3</w:t>
      </w:r>
      <w:r w:rsidR="00487324" w:rsidRPr="00583BB8">
        <w:rPr>
          <w:b/>
          <w:lang w:val="it-IT"/>
        </w:rPr>
        <w:t>. Numero di volontari impiegabili nel servizio, in possesso delle cognizioni tecniche e pratiche e delle abilitazioni necessarie (max 1</w:t>
      </w:r>
      <w:r>
        <w:rPr>
          <w:b/>
          <w:lang w:val="it-IT"/>
        </w:rPr>
        <w:t>5</w:t>
      </w:r>
      <w:r w:rsidR="00487324" w:rsidRPr="00583BB8">
        <w:rPr>
          <w:b/>
          <w:lang w:val="it-IT"/>
        </w:rPr>
        <w:t xml:space="preserve"> punti)</w:t>
      </w:r>
    </w:p>
    <w:p w14:paraId="19BCDC07" w14:textId="77777777" w:rsidR="006A6237" w:rsidRPr="00583BB8" w:rsidRDefault="00487324">
      <w:pPr>
        <w:jc w:val="both"/>
        <w:rPr>
          <w:lang w:val="it-IT"/>
        </w:rPr>
      </w:pPr>
      <w:r w:rsidRPr="00583BB8">
        <w:rPr>
          <w:i/>
          <w:sz w:val="20"/>
          <w:lang w:val="it-IT"/>
        </w:rPr>
        <w:t>Indicare il numero di volontari autisti e accompagnatori impiegabili, le abilitazioni possedute e la disponibilità oraria complessiva.</w:t>
      </w:r>
    </w:p>
    <w:p w14:paraId="7D51C079" w14:textId="3709BBD3" w:rsidR="006A6237" w:rsidRPr="00583BB8" w:rsidRDefault="00487324">
      <w:pPr>
        <w:spacing w:after="40"/>
        <w:rPr>
          <w:lang w:val="it-IT"/>
        </w:rPr>
      </w:pPr>
      <w:r w:rsidRPr="00583BB8">
        <w:rPr>
          <w:lang w:val="it-IT"/>
        </w:rPr>
        <w:t>_______________________________________________________________________________________</w:t>
      </w:r>
    </w:p>
    <w:p w14:paraId="4451CA2F" w14:textId="6E1F86BB" w:rsidR="006A6237" w:rsidRPr="00583BB8" w:rsidRDefault="00487324">
      <w:pPr>
        <w:spacing w:after="40"/>
        <w:rPr>
          <w:lang w:val="it-IT"/>
        </w:rPr>
      </w:pPr>
      <w:r w:rsidRPr="00583BB8">
        <w:rPr>
          <w:lang w:val="it-IT"/>
        </w:rPr>
        <w:t>_______________________________________________________________________________________</w:t>
      </w:r>
    </w:p>
    <w:p w14:paraId="10C63A07" w14:textId="4A80B915" w:rsidR="006A6237" w:rsidRPr="00583BB8" w:rsidRDefault="00487324">
      <w:pPr>
        <w:spacing w:after="40"/>
        <w:rPr>
          <w:lang w:val="it-IT"/>
        </w:rPr>
      </w:pPr>
      <w:r w:rsidRPr="00583BB8">
        <w:rPr>
          <w:lang w:val="it-IT"/>
        </w:rPr>
        <w:t>___</w:t>
      </w:r>
      <w:r w:rsidRPr="00583BB8">
        <w:rPr>
          <w:lang w:val="it-IT"/>
        </w:rPr>
        <w:t>_</w:t>
      </w:r>
      <w:r w:rsidRPr="00583BB8">
        <w:rPr>
          <w:lang w:val="it-IT"/>
        </w:rPr>
        <w:t>_</w:t>
      </w:r>
      <w:r w:rsidRPr="00583BB8">
        <w:rPr>
          <w:lang w:val="it-IT"/>
        </w:rPr>
        <w:t>__________________________________________________________________________________</w:t>
      </w:r>
    </w:p>
    <w:p w14:paraId="1FACE6ED" w14:textId="47492BED" w:rsidR="006A6237" w:rsidRPr="00583BB8" w:rsidRDefault="00487324">
      <w:pPr>
        <w:spacing w:after="40"/>
        <w:rPr>
          <w:lang w:val="it-IT"/>
        </w:rPr>
      </w:pPr>
      <w:r w:rsidRPr="00583BB8">
        <w:rPr>
          <w:lang w:val="it-IT"/>
        </w:rPr>
        <w:t>_______________________________________________________________________________________</w:t>
      </w:r>
    </w:p>
    <w:p w14:paraId="4723D768" w14:textId="5E948499" w:rsidR="006A6237" w:rsidRPr="00583BB8" w:rsidRDefault="00447469">
      <w:pPr>
        <w:spacing w:before="160"/>
        <w:jc w:val="both"/>
        <w:rPr>
          <w:lang w:val="it-IT"/>
        </w:rPr>
      </w:pPr>
      <w:r>
        <w:rPr>
          <w:b/>
          <w:lang w:val="it-IT"/>
        </w:rPr>
        <w:t>4</w:t>
      </w:r>
      <w:r w:rsidR="00487324" w:rsidRPr="00583BB8">
        <w:rPr>
          <w:b/>
          <w:lang w:val="it-IT"/>
        </w:rPr>
        <w:t>. Esperienza maturata nell’ambito del trasporto sociale/sociosanitario, in termini di anni di attività e tipologia di servizi realizzati (max 1</w:t>
      </w:r>
      <w:r>
        <w:rPr>
          <w:b/>
          <w:lang w:val="it-IT"/>
        </w:rPr>
        <w:t>5</w:t>
      </w:r>
      <w:r w:rsidR="00487324" w:rsidRPr="00583BB8">
        <w:rPr>
          <w:b/>
          <w:lang w:val="it-IT"/>
        </w:rPr>
        <w:t xml:space="preserve"> punti)</w:t>
      </w:r>
    </w:p>
    <w:p w14:paraId="450B8B4B" w14:textId="77777777" w:rsidR="006A6237" w:rsidRPr="00583BB8" w:rsidRDefault="00487324">
      <w:pPr>
        <w:jc w:val="both"/>
        <w:rPr>
          <w:lang w:val="it-IT"/>
        </w:rPr>
      </w:pPr>
      <w:r w:rsidRPr="00583BB8">
        <w:rPr>
          <w:i/>
          <w:sz w:val="20"/>
          <w:lang w:val="it-IT"/>
        </w:rPr>
        <w:t>Descrivere i servizi di trasporto sociale/sociosanitario svolti negli ultimi anni (committenti, periodo, numero di servizi/km annui).</w:t>
      </w:r>
    </w:p>
    <w:p w14:paraId="66EBA644" w14:textId="02AFDCC5" w:rsidR="006A6237" w:rsidRPr="00583BB8" w:rsidRDefault="00487324">
      <w:pPr>
        <w:spacing w:after="40"/>
        <w:rPr>
          <w:lang w:val="it-IT"/>
        </w:rPr>
      </w:pPr>
      <w:r w:rsidRPr="00583BB8">
        <w:rPr>
          <w:lang w:val="it-IT"/>
        </w:rPr>
        <w:t>_______________________________________________________________________________________</w:t>
      </w:r>
    </w:p>
    <w:p w14:paraId="79567FBA" w14:textId="2FB5165C" w:rsidR="006A6237" w:rsidRPr="00583BB8" w:rsidRDefault="00487324">
      <w:pPr>
        <w:spacing w:after="40"/>
        <w:rPr>
          <w:lang w:val="it-IT"/>
        </w:rPr>
      </w:pPr>
      <w:r w:rsidRPr="00583BB8">
        <w:rPr>
          <w:lang w:val="it-IT"/>
        </w:rPr>
        <w:t>_______________________________________________________________________________________</w:t>
      </w:r>
    </w:p>
    <w:p w14:paraId="066EFA89" w14:textId="51278204" w:rsidR="006A6237" w:rsidRPr="00583BB8" w:rsidRDefault="00487324">
      <w:pPr>
        <w:spacing w:after="40"/>
        <w:rPr>
          <w:lang w:val="it-IT"/>
        </w:rPr>
      </w:pPr>
      <w:r w:rsidRPr="00583BB8">
        <w:rPr>
          <w:lang w:val="it-IT"/>
        </w:rPr>
        <w:t>_______________________________________________________________________________________</w:t>
      </w:r>
    </w:p>
    <w:p w14:paraId="6A8E05E6" w14:textId="73B3C5F1" w:rsidR="006A6237" w:rsidRPr="00583BB8" w:rsidRDefault="00487324">
      <w:pPr>
        <w:spacing w:after="40"/>
        <w:rPr>
          <w:lang w:val="it-IT"/>
        </w:rPr>
      </w:pPr>
      <w:r w:rsidRPr="00583BB8">
        <w:rPr>
          <w:lang w:val="it-IT"/>
        </w:rPr>
        <w:t>_______________________________________________________________________________________</w:t>
      </w:r>
    </w:p>
    <w:p w14:paraId="69E82E31" w14:textId="2A992838" w:rsidR="006A6237" w:rsidRPr="00583BB8" w:rsidRDefault="00447469">
      <w:pPr>
        <w:spacing w:before="160"/>
        <w:jc w:val="both"/>
        <w:rPr>
          <w:lang w:val="it-IT"/>
        </w:rPr>
      </w:pPr>
      <w:r>
        <w:rPr>
          <w:b/>
          <w:lang w:val="it-IT"/>
        </w:rPr>
        <w:lastRenderedPageBreak/>
        <w:t>5</w:t>
      </w:r>
      <w:r w:rsidR="00487324" w:rsidRPr="00583BB8">
        <w:rPr>
          <w:b/>
          <w:lang w:val="it-IT"/>
        </w:rPr>
        <w:t>. Strumenti di registrazione e rendicontazione dei chilometri percorsi e dei servizi resi (fogli di viaggio, registri, strumenti digitali) (max 5 punti)</w:t>
      </w:r>
    </w:p>
    <w:p w14:paraId="0B40FC06" w14:textId="77777777" w:rsidR="006A6237" w:rsidRPr="00583BB8" w:rsidRDefault="00487324">
      <w:pPr>
        <w:jc w:val="both"/>
        <w:rPr>
          <w:lang w:val="it-IT"/>
        </w:rPr>
      </w:pPr>
      <w:r w:rsidRPr="00583BB8">
        <w:rPr>
          <w:i/>
          <w:sz w:val="20"/>
          <w:lang w:val="it-IT"/>
        </w:rPr>
        <w:t>Descrivere gli strumenti di registrazione dei km e dei servizi (fogli di viaggio, registri, app/gestionali) e le modalità di rendicontazione al Comune.</w:t>
      </w:r>
    </w:p>
    <w:p w14:paraId="57112D12" w14:textId="50A8C3DC" w:rsidR="006A6237" w:rsidRPr="00583BB8" w:rsidRDefault="00487324">
      <w:pPr>
        <w:spacing w:after="40"/>
        <w:rPr>
          <w:lang w:val="it-IT"/>
        </w:rPr>
      </w:pPr>
      <w:r w:rsidRPr="00583BB8">
        <w:rPr>
          <w:lang w:val="it-IT"/>
        </w:rPr>
        <w:t>_______________________________________________________________________________________</w:t>
      </w:r>
    </w:p>
    <w:p w14:paraId="48FB02E6" w14:textId="756EAEC1" w:rsidR="006A6237" w:rsidRPr="00583BB8" w:rsidRDefault="00487324">
      <w:pPr>
        <w:spacing w:after="40"/>
        <w:rPr>
          <w:lang w:val="it-IT"/>
        </w:rPr>
      </w:pPr>
      <w:r w:rsidRPr="00583BB8">
        <w:rPr>
          <w:lang w:val="it-IT"/>
        </w:rPr>
        <w:t>_______________________________________________________________________________________</w:t>
      </w:r>
    </w:p>
    <w:p w14:paraId="60AB18F4" w14:textId="311DDCB7" w:rsidR="006A6237" w:rsidRPr="00583BB8" w:rsidRDefault="00487324">
      <w:pPr>
        <w:spacing w:after="40"/>
        <w:rPr>
          <w:lang w:val="it-IT"/>
        </w:rPr>
      </w:pPr>
      <w:r w:rsidRPr="00583BB8">
        <w:rPr>
          <w:lang w:val="it-IT"/>
        </w:rPr>
        <w:t>_______________________________________________________________________________________</w:t>
      </w:r>
    </w:p>
    <w:p w14:paraId="1EE93BF5" w14:textId="61A91DF0" w:rsidR="006A6237" w:rsidRPr="00583BB8" w:rsidRDefault="00487324">
      <w:pPr>
        <w:spacing w:after="40"/>
        <w:rPr>
          <w:lang w:val="it-IT"/>
        </w:rPr>
      </w:pPr>
      <w:r w:rsidRPr="00583BB8">
        <w:rPr>
          <w:lang w:val="it-IT"/>
        </w:rPr>
        <w:t>_______________________________________________________________________________________</w:t>
      </w:r>
    </w:p>
    <w:p w14:paraId="74ADEE62" w14:textId="683116FE" w:rsidR="006A6237" w:rsidRPr="00583BB8" w:rsidRDefault="00447469">
      <w:pPr>
        <w:spacing w:before="160"/>
        <w:jc w:val="both"/>
        <w:rPr>
          <w:lang w:val="it-IT"/>
        </w:rPr>
      </w:pPr>
      <w:r>
        <w:rPr>
          <w:b/>
          <w:lang w:val="it-IT"/>
        </w:rPr>
        <w:t>6</w:t>
      </w:r>
      <w:r w:rsidR="00487324" w:rsidRPr="00583BB8">
        <w:rPr>
          <w:b/>
          <w:lang w:val="it-IT"/>
        </w:rPr>
        <w:t>. Formazione dei volontari su tematiche coerenti con le attività dell’Avviso (accoglienza e accompagnamento di persone fragili, primo soccorso, guida sicura) (max 5 punti)</w:t>
      </w:r>
    </w:p>
    <w:p w14:paraId="4F9F1146" w14:textId="77777777" w:rsidR="006A6237" w:rsidRPr="00583BB8" w:rsidRDefault="00487324">
      <w:pPr>
        <w:jc w:val="both"/>
        <w:rPr>
          <w:lang w:val="it-IT"/>
        </w:rPr>
      </w:pPr>
      <w:r w:rsidRPr="00583BB8">
        <w:rPr>
          <w:i/>
          <w:sz w:val="20"/>
          <w:lang w:val="it-IT"/>
        </w:rPr>
        <w:t>Sintetizzare i percorsi formativi già svolti e quelli programmati per la durata della convenzione.</w:t>
      </w:r>
    </w:p>
    <w:p w14:paraId="24668505" w14:textId="3E4C100D" w:rsidR="006A6237" w:rsidRDefault="00487324">
      <w:pPr>
        <w:spacing w:after="40"/>
      </w:pPr>
      <w:r>
        <w:t>_______________________________________________________________________________________</w:t>
      </w:r>
    </w:p>
    <w:p w14:paraId="0C09DB73" w14:textId="07108D48" w:rsidR="006A6237" w:rsidRDefault="00487324">
      <w:pPr>
        <w:spacing w:after="40"/>
      </w:pPr>
      <w:r>
        <w:t>_______________________________________________________________________________________</w:t>
      </w:r>
    </w:p>
    <w:p w14:paraId="71347AF4" w14:textId="2108AC5E" w:rsidR="006A6237" w:rsidRDefault="00487324">
      <w:pPr>
        <w:spacing w:after="40"/>
      </w:pPr>
      <w:r>
        <w:t>_______________________________________________________________________________________</w:t>
      </w:r>
    </w:p>
    <w:p w14:paraId="055DDAFB" w14:textId="64C9683D" w:rsidR="006A6237" w:rsidRDefault="00487324">
      <w:pPr>
        <w:spacing w:after="40"/>
      </w:pPr>
      <w:r>
        <w:t>_______________________________________________________________________________________</w:t>
      </w:r>
    </w:p>
    <w:p w14:paraId="34298345" w14:textId="77777777" w:rsidR="006A6237" w:rsidRDefault="006A6237"/>
    <w:p w14:paraId="379DC92E" w14:textId="77777777" w:rsidR="006A6237" w:rsidRDefault="00487324">
      <w:pPr>
        <w:spacing w:before="280"/>
      </w:pPr>
      <w:proofErr w:type="spellStart"/>
      <w:r>
        <w:t>Luogo</w:t>
      </w:r>
      <w:proofErr w:type="spellEnd"/>
      <w:r>
        <w:t xml:space="preserve"> e data ______________________</w:t>
      </w:r>
    </w:p>
    <w:p w14:paraId="3B3BBEC1" w14:textId="77777777" w:rsidR="006A6237" w:rsidRPr="00583BB8" w:rsidRDefault="00487324">
      <w:pPr>
        <w:spacing w:before="120"/>
        <w:jc w:val="right"/>
        <w:rPr>
          <w:lang w:val="it-IT"/>
        </w:rPr>
      </w:pPr>
      <w:r w:rsidRPr="00583BB8">
        <w:rPr>
          <w:lang w:val="it-IT"/>
        </w:rPr>
        <w:t>Firma del/i Legale/i Rappresentante/i</w:t>
      </w:r>
    </w:p>
    <w:p w14:paraId="7E11D22B" w14:textId="77777777" w:rsidR="006A6237" w:rsidRDefault="00487324">
      <w:pPr>
        <w:jc w:val="right"/>
      </w:pPr>
      <w:r>
        <w:t>______________________________</w:t>
      </w:r>
    </w:p>
    <w:sectPr w:rsidR="006A6237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2684006">
    <w:abstractNumId w:val="8"/>
  </w:num>
  <w:num w:numId="2" w16cid:durableId="417598783">
    <w:abstractNumId w:val="6"/>
  </w:num>
  <w:num w:numId="3" w16cid:durableId="1295254664">
    <w:abstractNumId w:val="5"/>
  </w:num>
  <w:num w:numId="4" w16cid:durableId="1256788502">
    <w:abstractNumId w:val="4"/>
  </w:num>
  <w:num w:numId="5" w16cid:durableId="1213880893">
    <w:abstractNumId w:val="7"/>
  </w:num>
  <w:num w:numId="6" w16cid:durableId="2076512194">
    <w:abstractNumId w:val="3"/>
  </w:num>
  <w:num w:numId="7" w16cid:durableId="775754869">
    <w:abstractNumId w:val="2"/>
  </w:num>
  <w:num w:numId="8" w16cid:durableId="752967247">
    <w:abstractNumId w:val="1"/>
  </w:num>
  <w:num w:numId="9" w16cid:durableId="10376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3946"/>
    <w:rsid w:val="00326F90"/>
    <w:rsid w:val="00447469"/>
    <w:rsid w:val="00487324"/>
    <w:rsid w:val="00583BB8"/>
    <w:rsid w:val="006A6237"/>
    <w:rsid w:val="00AA1D8D"/>
    <w:rsid w:val="00B47730"/>
    <w:rsid w:val="00CB0664"/>
    <w:rsid w:val="00E9502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B9B811"/>
  <w14:defaultImageDpi w14:val="300"/>
  <w15:docId w15:val="{490BC871-8A2A-4761-ABE3-56A7767A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Valentina Zangheri</cp:lastModifiedBy>
  <cp:revision>4</cp:revision>
  <dcterms:created xsi:type="dcterms:W3CDTF">2013-12-23T23:15:00Z</dcterms:created>
  <dcterms:modified xsi:type="dcterms:W3CDTF">2026-10-14T15:01:00Z</dcterms:modified>
  <cp:category/>
</cp:coreProperties>
</file>