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56A7" w14:textId="77777777" w:rsidR="00EA30CB" w:rsidRPr="008D1DAF" w:rsidRDefault="00162C3E">
      <w:pPr>
        <w:jc w:val="right"/>
        <w:rPr>
          <w:lang w:val="it-IT"/>
        </w:rPr>
      </w:pPr>
      <w:r w:rsidRPr="008D1DAF">
        <w:rPr>
          <w:b/>
          <w:lang w:val="it-IT"/>
        </w:rPr>
        <w:t>ALLEGATO A – ISTANZA DI PARTECIPAZIONE</w:t>
      </w:r>
    </w:p>
    <w:p w14:paraId="739E2972" w14:textId="77777777" w:rsidR="00EA30CB" w:rsidRPr="008D1DAF" w:rsidRDefault="00162C3E">
      <w:pPr>
        <w:spacing w:before="120"/>
        <w:jc w:val="center"/>
        <w:rPr>
          <w:lang w:val="it-IT"/>
        </w:rPr>
      </w:pPr>
      <w:r w:rsidRPr="008D1DAF">
        <w:rPr>
          <w:b/>
          <w:sz w:val="24"/>
          <w:lang w:val="it-IT"/>
        </w:rPr>
        <w:t>AVVISO PUBBLICO RIVOLTO AD ENTI DEL TERZO SETTORE PER LA CO-PROGETTAZIONE DEL SERVIZIO DI TAXI SOCIALE</w:t>
      </w:r>
    </w:p>
    <w:p w14:paraId="15A8E018" w14:textId="77777777" w:rsidR="00EA30CB" w:rsidRPr="008D1DAF" w:rsidRDefault="00162C3E">
      <w:pPr>
        <w:jc w:val="center"/>
        <w:rPr>
          <w:lang w:val="it-IT"/>
        </w:rPr>
      </w:pPr>
      <w:r w:rsidRPr="008D1DAF">
        <w:rPr>
          <w:i/>
          <w:lang w:val="it-IT"/>
        </w:rPr>
        <w:t>(Durata della convenzione: anni 2 (due))</w:t>
      </w:r>
    </w:p>
    <w:p w14:paraId="0AA9BEEE" w14:textId="77777777" w:rsidR="00EA30CB" w:rsidRPr="008D1DAF" w:rsidRDefault="00162C3E">
      <w:pPr>
        <w:spacing w:after="0"/>
        <w:jc w:val="right"/>
        <w:rPr>
          <w:lang w:val="it-IT"/>
        </w:rPr>
      </w:pPr>
      <w:r w:rsidRPr="008D1DAF">
        <w:rPr>
          <w:lang w:val="it-IT"/>
        </w:rPr>
        <w:t>Al Comune di Sassofeltrio</w:t>
      </w:r>
    </w:p>
    <w:p w14:paraId="2D0E6B82" w14:textId="77777777" w:rsidR="00EA30CB" w:rsidRPr="008D1DAF" w:rsidRDefault="00162C3E">
      <w:pPr>
        <w:spacing w:after="0"/>
        <w:jc w:val="right"/>
        <w:rPr>
          <w:lang w:val="it-IT"/>
        </w:rPr>
      </w:pPr>
      <w:r w:rsidRPr="008D1DAF">
        <w:rPr>
          <w:lang w:val="it-IT"/>
        </w:rPr>
        <w:t>Settore Amministrativo</w:t>
      </w:r>
    </w:p>
    <w:p w14:paraId="1D3F12CD" w14:textId="77777777" w:rsidR="00EA30CB" w:rsidRPr="008D1DAF" w:rsidRDefault="00162C3E">
      <w:pPr>
        <w:spacing w:after="0"/>
        <w:jc w:val="right"/>
        <w:rPr>
          <w:lang w:val="it-IT"/>
        </w:rPr>
      </w:pPr>
      <w:r w:rsidRPr="008D1DAF">
        <w:rPr>
          <w:lang w:val="it-IT"/>
        </w:rPr>
        <w:t>Piazza Municipio, 3 – 47837 Sassofeltrio (RN)</w:t>
      </w:r>
    </w:p>
    <w:p w14:paraId="17C0FB45" w14:textId="77777777" w:rsidR="00EA30CB" w:rsidRPr="008D1DAF" w:rsidRDefault="00162C3E">
      <w:pPr>
        <w:spacing w:after="0"/>
        <w:jc w:val="right"/>
        <w:rPr>
          <w:lang w:val="it-IT"/>
        </w:rPr>
      </w:pPr>
      <w:r w:rsidRPr="008D1DAF">
        <w:rPr>
          <w:lang w:val="it-IT"/>
        </w:rPr>
        <w:t>PEC: comune.sassofeltrio@legalmail.it</w:t>
      </w:r>
    </w:p>
    <w:p w14:paraId="617453C4" w14:textId="77777777" w:rsidR="00EA30CB" w:rsidRPr="008D1DAF" w:rsidRDefault="00EA30CB">
      <w:pPr>
        <w:jc w:val="both"/>
        <w:rPr>
          <w:lang w:val="it-IT"/>
        </w:rPr>
      </w:pPr>
    </w:p>
    <w:p w14:paraId="46BE6DE7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Il/La sottoscritto/a ______________________________________________________________</w:t>
      </w:r>
    </w:p>
    <w:p w14:paraId="128B1FBF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nato/a a ____________________________________ il ______________________</w:t>
      </w:r>
    </w:p>
    <w:p w14:paraId="7E4D9A48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Codice fiscale ______________________________________</w:t>
      </w:r>
    </w:p>
    <w:p w14:paraId="0224A955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in qualità di:   □ Legale Rappresentante    □ Presidente    □ Procuratore    □ Altro ______________</w:t>
      </w:r>
    </w:p>
    <w:p w14:paraId="5380C804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dell’Ente del Terzo Settore:</w:t>
      </w:r>
    </w:p>
    <w:p w14:paraId="0E862CC2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Denominazione ____________________________________________________________________</w:t>
      </w:r>
    </w:p>
    <w:p w14:paraId="4C6FB6CA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con sede legale in Via ______________________________________________ n. ________</w:t>
      </w:r>
    </w:p>
    <w:p w14:paraId="74C43294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CAP __________ Comune ____________________________________ Provincia ________</w:t>
      </w:r>
    </w:p>
    <w:p w14:paraId="25D557BF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Codice fiscale ___________________________  P.IVA ___________________________</w:t>
      </w:r>
    </w:p>
    <w:p w14:paraId="0493F728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PEC ____________________________________  e-mail __________________________________</w:t>
      </w:r>
    </w:p>
    <w:p w14:paraId="3B7D78EC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telefono ________________________________</w:t>
      </w:r>
    </w:p>
    <w:p w14:paraId="5794C2D6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Forma giuridica:   □ Organizzazione di Volontariato (ODV)    □ Associazione di Promozione Sociale (APS)</w:t>
      </w:r>
    </w:p>
    <w:p w14:paraId="01036210" w14:textId="77777777" w:rsidR="00EA30CB" w:rsidRPr="008D1DAF" w:rsidRDefault="00162C3E">
      <w:pPr>
        <w:spacing w:after="80"/>
        <w:rPr>
          <w:lang w:val="it-IT"/>
        </w:rPr>
      </w:pPr>
      <w:r w:rsidRPr="008D1DAF">
        <w:rPr>
          <w:lang w:val="it-IT"/>
        </w:rPr>
        <w:t>iscritto al RUNTS – Sezione _______________ n. repertorio _______________ data iscrizione _______________</w:t>
      </w:r>
    </w:p>
    <w:p w14:paraId="79D5BCE0" w14:textId="77777777" w:rsidR="00EA30CB" w:rsidRPr="008D1DAF" w:rsidRDefault="00162C3E">
      <w:pPr>
        <w:spacing w:before="160"/>
        <w:jc w:val="center"/>
        <w:rPr>
          <w:lang w:val="it-IT"/>
        </w:rPr>
      </w:pPr>
      <w:r w:rsidRPr="008D1DAF">
        <w:rPr>
          <w:b/>
          <w:lang w:val="it-IT"/>
        </w:rPr>
        <w:t>CHIEDE</w:t>
      </w:r>
    </w:p>
    <w:p w14:paraId="17BBDF01" w14:textId="693F9702" w:rsidR="00EA30CB" w:rsidRPr="008D1DAF" w:rsidRDefault="00162C3E">
      <w:pPr>
        <w:jc w:val="both"/>
        <w:rPr>
          <w:lang w:val="it-IT"/>
        </w:rPr>
      </w:pPr>
      <w:r w:rsidRPr="008D1DAF">
        <w:rPr>
          <w:lang w:val="it-IT"/>
        </w:rPr>
        <w:t xml:space="preserve">di essere ammesso/a a partecipare alla procedura di istruttoria pubblica finalizzata alla co-progettazione del servizio di taxi sociale di cui all’Avviso pubblico </w:t>
      </w:r>
    </w:p>
    <w:p w14:paraId="1D66F186" w14:textId="77777777" w:rsidR="00EA30CB" w:rsidRPr="008D1DAF" w:rsidRDefault="00162C3E">
      <w:pPr>
        <w:spacing w:before="160"/>
        <w:jc w:val="center"/>
        <w:rPr>
          <w:lang w:val="it-IT"/>
        </w:rPr>
      </w:pPr>
      <w:r w:rsidRPr="008D1DAF">
        <w:rPr>
          <w:b/>
          <w:lang w:val="it-IT"/>
        </w:rPr>
        <w:t>DICHIARA</w:t>
      </w:r>
    </w:p>
    <w:p w14:paraId="114C5216" w14:textId="77777777" w:rsidR="00EA30CB" w:rsidRPr="008D1DAF" w:rsidRDefault="00162C3E">
      <w:pPr>
        <w:jc w:val="both"/>
        <w:rPr>
          <w:lang w:val="it-IT"/>
        </w:rPr>
      </w:pPr>
      <w:r w:rsidRPr="008D1DAF">
        <w:rPr>
          <w:lang w:val="it-IT"/>
        </w:rPr>
        <w:t>ai sensi degli artt. 46 e 47 del D.P.R. n. 445/2000, consapevole delle sanzioni penali previste dall’art. 76 del medesimo decreto in caso di dichiarazioni mendaci e della decadenza dai benefici di cui all’art. 75:</w:t>
      </w:r>
    </w:p>
    <w:p w14:paraId="37F5D682" w14:textId="77777777" w:rsidR="00EA30CB" w:rsidRPr="008D1DAF" w:rsidRDefault="00162C3E">
      <w:pPr>
        <w:spacing w:before="80" w:after="40"/>
        <w:rPr>
          <w:lang w:val="it-IT"/>
        </w:rPr>
      </w:pPr>
      <w:r w:rsidRPr="008D1DAF">
        <w:rPr>
          <w:b/>
          <w:lang w:val="it-IT"/>
        </w:rPr>
        <w:t>Requisiti generali:</w:t>
      </w:r>
    </w:p>
    <w:p w14:paraId="6D32FBC3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non trovarsi in alcuna delle cause di esclusione di cui agli artt. 94-98 del D.Lgs. n. 36/2023, in quanto compatibili;</w:t>
      </w:r>
    </w:p>
    <w:p w14:paraId="57F14D11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non essere destinatario del divieto di contrarre con la Pubblica Amministrazione di cui all’art. 53, comma 16-ter, del D.Lgs. n. 165/2001;</w:t>
      </w:r>
    </w:p>
    <w:p w14:paraId="5F266E4C" w14:textId="77777777" w:rsidR="00EA30CB" w:rsidRPr="008D1DAF" w:rsidRDefault="00162C3E">
      <w:pPr>
        <w:spacing w:before="80" w:after="40"/>
        <w:rPr>
          <w:lang w:val="it-IT"/>
        </w:rPr>
      </w:pPr>
      <w:r w:rsidRPr="008D1DAF">
        <w:rPr>
          <w:b/>
          <w:lang w:val="it-IT"/>
        </w:rPr>
        <w:t>Requisiti soggettivi:</w:t>
      </w:r>
    </w:p>
    <w:p w14:paraId="606253BE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essere Ente del Terzo Settore iscritto al RUNTS da almeno sei mesi ai sensi del D.Lgs. n. 117/2017;</w:t>
      </w:r>
    </w:p>
    <w:p w14:paraId="37337CB6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che lo statuto dell’Ente prevede attività compatibili con quelle oggetto dell’Avviso;</w:t>
      </w:r>
    </w:p>
    <w:p w14:paraId="4D44200B" w14:textId="77777777" w:rsidR="00EA30CB" w:rsidRPr="008D1DAF" w:rsidRDefault="00162C3E">
      <w:pPr>
        <w:spacing w:before="80" w:after="40"/>
        <w:rPr>
          <w:lang w:val="it-IT"/>
        </w:rPr>
      </w:pPr>
      <w:r w:rsidRPr="008D1DAF">
        <w:rPr>
          <w:b/>
          <w:lang w:val="it-IT"/>
        </w:rPr>
        <w:t>Requisiti tecnico-professionali:</w:t>
      </w:r>
    </w:p>
    <w:p w14:paraId="498E1C3D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operare con adeguata struttura organizzativa in ambiti attinenti al trasporto sociale e sociosanitario;</w:t>
      </w:r>
    </w:p>
    <w:p w14:paraId="6BDE2C9F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disporre di volontari in possesso delle competenze tecniche e pratiche e delle abilitazioni previste dalla normativa vigente (patente di guida adeguata al mezzo);</w:t>
      </w:r>
    </w:p>
    <w:p w14:paraId="4562AF25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lastRenderedPageBreak/>
        <w:t>□ di avere in proprietà o comunque nella propria disponibilità n. ______ mezzo/i idoneo/i al servizio (tipologia: ____________________________________________);</w:t>
      </w:r>
    </w:p>
    <w:p w14:paraId="75E6011E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essere in grado di garantire idonea copertura assicurativa dei volontari e per la responsabilità civile verso terzi ai sensi dell’art. 18 del D.Lgs. n. 117/2017, nonché dei mezzi impiegati;</w:t>
      </w:r>
    </w:p>
    <w:p w14:paraId="13C5E492" w14:textId="77777777" w:rsidR="00EA30CB" w:rsidRPr="008D1DAF" w:rsidRDefault="00162C3E">
      <w:pPr>
        <w:spacing w:before="80" w:after="40"/>
        <w:rPr>
          <w:lang w:val="it-IT"/>
        </w:rPr>
      </w:pPr>
      <w:r w:rsidRPr="008D1DAF">
        <w:rPr>
          <w:b/>
          <w:lang w:val="it-IT"/>
        </w:rPr>
        <w:t>Organizzazione e rendicontazione:</w:t>
      </w:r>
    </w:p>
    <w:p w14:paraId="29DE7481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disporre di un’organizzazione idonea a garantire la continuità del servizio, anche mediante la sostituzione dei volontari assenti;</w:t>
      </w:r>
    </w:p>
    <w:p w14:paraId="56284CEF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impegnarsi a registrare i chilometri di servizio mediante foglio di viaggio / registro chilometrico e a rendicontarli secondo quanto previsto dall’Avviso;</w:t>
      </w:r>
    </w:p>
    <w:p w14:paraId="631C3F05" w14:textId="0FCCF885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accettare che la compartecipazione comunale sia determinata entro il limite massimo di € 5.000,00 annui;</w:t>
      </w:r>
    </w:p>
    <w:p w14:paraId="4DAA869F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impegnarsi a collaborare con il Comune di Sassofeltrio nelle fasi di co-progettazione, monitoraggio e verifica del servizio;</w:t>
      </w:r>
    </w:p>
    <w:p w14:paraId="21FB5981" w14:textId="77777777" w:rsidR="00EA30CB" w:rsidRPr="008D1DAF" w:rsidRDefault="00162C3E">
      <w:pPr>
        <w:spacing w:before="80" w:after="40"/>
        <w:rPr>
          <w:lang w:val="it-IT"/>
        </w:rPr>
      </w:pPr>
      <w:r w:rsidRPr="008D1DAF">
        <w:rPr>
          <w:b/>
          <w:lang w:val="it-IT"/>
        </w:rPr>
        <w:t>Partecipazione:</w:t>
      </w:r>
    </w:p>
    <w:p w14:paraId="42A5783D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partecipare singolarmente;</w:t>
      </w:r>
    </w:p>
    <w:p w14:paraId="610295D9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□ di partecipare in rete con i seguenti Enti del Terzo Settore: ____________________________________________________________________, individuando quale ente capofila ______________________________________, che coordinerà i rapporti con l’Amministrazione comunale.</w:t>
      </w:r>
    </w:p>
    <w:p w14:paraId="3B3B8FEE" w14:textId="77777777" w:rsidR="00EA30CB" w:rsidRPr="008D1DAF" w:rsidRDefault="00162C3E">
      <w:pPr>
        <w:spacing w:before="160"/>
        <w:jc w:val="center"/>
        <w:rPr>
          <w:lang w:val="it-IT"/>
        </w:rPr>
      </w:pPr>
      <w:r w:rsidRPr="008D1DAF">
        <w:rPr>
          <w:b/>
          <w:lang w:val="it-IT"/>
        </w:rPr>
        <w:t>DICHIARA INOLTRE</w:t>
      </w:r>
    </w:p>
    <w:p w14:paraId="770D7F17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– di aver preso visione integrale dell’Avviso pubblico e di accettarne senza riserva tutte le clausole;</w:t>
      </w:r>
    </w:p>
    <w:p w14:paraId="5BD18931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– di essere consapevole che la partecipazione alla procedura non comporta alcun diritto all’affidamento del servizio né alla compartecipazione economica;</w:t>
      </w:r>
    </w:p>
    <w:p w14:paraId="1089161D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– di impegnarsi, in caso di ammissione, a partecipare al tavolo di co-progettazione convocato dal Comune;</w:t>
      </w:r>
    </w:p>
    <w:p w14:paraId="76220CEE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– di aver preso visione dell’informativa sul trattamento dei dati personali ai sensi del Regolamento UE 2016/679.</w:t>
      </w:r>
    </w:p>
    <w:p w14:paraId="135701B9" w14:textId="77777777" w:rsidR="00EA30CB" w:rsidRPr="008D1DAF" w:rsidRDefault="00162C3E">
      <w:pPr>
        <w:spacing w:before="160"/>
        <w:jc w:val="center"/>
        <w:rPr>
          <w:lang w:val="it-IT"/>
        </w:rPr>
      </w:pPr>
      <w:r w:rsidRPr="008D1DAF">
        <w:rPr>
          <w:b/>
          <w:lang w:val="it-IT"/>
        </w:rPr>
        <w:t>ALLEGA</w:t>
      </w:r>
    </w:p>
    <w:p w14:paraId="0BE9C20B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– copia del documento di identità del sottoscrittore (in caso di firma autografa);</w:t>
      </w:r>
    </w:p>
    <w:p w14:paraId="21C5DD71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– proposta progettuale redatta secondo l’Allegato B, datata e sottoscritta;</w:t>
      </w:r>
    </w:p>
    <w:p w14:paraId="3ECCE96E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– copia dello statuto dell’Ente;</w:t>
      </w:r>
    </w:p>
    <w:p w14:paraId="3BA18FEF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– eventuale procura del sottoscrittore;</w:t>
      </w:r>
    </w:p>
    <w:p w14:paraId="401B878F" w14:textId="77777777" w:rsidR="00EA30CB" w:rsidRPr="008D1DAF" w:rsidRDefault="00162C3E">
      <w:pPr>
        <w:spacing w:after="60"/>
        <w:ind w:left="425" w:hanging="227"/>
        <w:jc w:val="both"/>
        <w:rPr>
          <w:lang w:val="it-IT"/>
        </w:rPr>
      </w:pPr>
      <w:r w:rsidRPr="008D1DAF">
        <w:rPr>
          <w:lang w:val="it-IT"/>
        </w:rPr>
        <w:t>– (in caso di rete) accordo sottoscritto da tutti gli ETS partecipanti con individuazione dell’ente capofila.</w:t>
      </w:r>
    </w:p>
    <w:p w14:paraId="7B2C5A94" w14:textId="77777777" w:rsidR="00EA30CB" w:rsidRPr="008D1DAF" w:rsidRDefault="00162C3E">
      <w:pPr>
        <w:spacing w:before="280"/>
        <w:rPr>
          <w:lang w:val="it-IT"/>
        </w:rPr>
      </w:pPr>
      <w:r w:rsidRPr="008D1DAF">
        <w:rPr>
          <w:lang w:val="it-IT"/>
        </w:rPr>
        <w:t>Luogo e data ______________________</w:t>
      </w:r>
    </w:p>
    <w:p w14:paraId="6F9BD39A" w14:textId="77777777" w:rsidR="00EA30CB" w:rsidRPr="008D1DAF" w:rsidRDefault="00162C3E">
      <w:pPr>
        <w:spacing w:before="120"/>
        <w:jc w:val="right"/>
        <w:rPr>
          <w:lang w:val="it-IT"/>
        </w:rPr>
      </w:pPr>
      <w:r w:rsidRPr="008D1DAF">
        <w:rPr>
          <w:lang w:val="it-IT"/>
        </w:rPr>
        <w:t>Firma del Legale Rappresentante</w:t>
      </w:r>
    </w:p>
    <w:p w14:paraId="4811B441" w14:textId="77777777" w:rsidR="00EA30CB" w:rsidRPr="006B729D" w:rsidRDefault="00162C3E">
      <w:pPr>
        <w:jc w:val="right"/>
        <w:rPr>
          <w:lang w:val="it-IT"/>
        </w:rPr>
      </w:pPr>
      <w:r w:rsidRPr="006B729D">
        <w:rPr>
          <w:lang w:val="it-IT"/>
        </w:rPr>
        <w:t>______________________________</w:t>
      </w:r>
    </w:p>
    <w:p w14:paraId="1C7796A2" w14:textId="7C4613B3" w:rsidR="00B82A45" w:rsidRPr="00B82A45" w:rsidRDefault="00B82A45">
      <w:pPr>
        <w:jc w:val="right"/>
        <w:rPr>
          <w:i/>
          <w:iCs/>
          <w:lang w:val="it-IT"/>
        </w:rPr>
      </w:pPr>
      <w:r w:rsidRPr="00B82A45">
        <w:rPr>
          <w:i/>
          <w:iCs/>
          <w:lang w:val="it-IT"/>
        </w:rPr>
        <w:t>(firma digitale o olografa con allegato documento di identità in corso di validità)</w:t>
      </w:r>
    </w:p>
    <w:sectPr w:rsidR="00B82A45" w:rsidRPr="00B82A45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970866">
    <w:abstractNumId w:val="8"/>
  </w:num>
  <w:num w:numId="2" w16cid:durableId="1759867156">
    <w:abstractNumId w:val="6"/>
  </w:num>
  <w:num w:numId="3" w16cid:durableId="1038162736">
    <w:abstractNumId w:val="5"/>
  </w:num>
  <w:num w:numId="4" w16cid:durableId="466320661">
    <w:abstractNumId w:val="4"/>
  </w:num>
  <w:num w:numId="5" w16cid:durableId="2057192633">
    <w:abstractNumId w:val="7"/>
  </w:num>
  <w:num w:numId="6" w16cid:durableId="1373269679">
    <w:abstractNumId w:val="3"/>
  </w:num>
  <w:num w:numId="7" w16cid:durableId="1059405311">
    <w:abstractNumId w:val="2"/>
  </w:num>
  <w:num w:numId="8" w16cid:durableId="145358906">
    <w:abstractNumId w:val="1"/>
  </w:num>
  <w:num w:numId="9" w16cid:durableId="1994335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2C3E"/>
    <w:rsid w:val="001E29E8"/>
    <w:rsid w:val="0029639D"/>
    <w:rsid w:val="00326F90"/>
    <w:rsid w:val="003669B3"/>
    <w:rsid w:val="006B729D"/>
    <w:rsid w:val="008D1DAF"/>
    <w:rsid w:val="00AA1D8D"/>
    <w:rsid w:val="00B47730"/>
    <w:rsid w:val="00B82A45"/>
    <w:rsid w:val="00CB0664"/>
    <w:rsid w:val="00DF6CDB"/>
    <w:rsid w:val="00EA30CB"/>
    <w:rsid w:val="00F748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E72A94"/>
  <w14:defaultImageDpi w14:val="300"/>
  <w15:docId w15:val="{9D812CE3-4986-4E3E-A739-1415FB16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Valentina Zangheri</cp:lastModifiedBy>
  <cp:revision>5</cp:revision>
  <dcterms:created xsi:type="dcterms:W3CDTF">2013-12-23T23:15:00Z</dcterms:created>
  <dcterms:modified xsi:type="dcterms:W3CDTF">2026-10-28T16:06:00Z</dcterms:modified>
  <cp:category/>
</cp:coreProperties>
</file>